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media/logo-official.svg" ContentType="image/svg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40"/>
      </w:pPr>
      <w:r>
        <w:drawing>
          <wp:inline xmlns:a="http://schemas.openxmlformats.org/drawingml/2006/main" xmlns:pic="http://schemas.openxmlformats.org/drawingml/2006/picture">
            <wp:extent cx="1980000" cy="4796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-black.png"/>
                    <pic:cNvPicPr/>
                  </pic:nvPicPr>
                  <pic:blipFill>
                    <a:blip r:embed="rId9">
                      <a:extLst>
                        <a:ext uri="{96DAC541-7B7A-43D3-8B79-37D633B846F1}">
                          <asvg:svgBlip xmlns:asvg="http://schemas.microsoft.com/office/drawing/2016/SVG/main" r:embed="rId1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0000" cy="4796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</w:pPr>
      <w:r>
        <w:rPr>
          <w:rFonts w:ascii="Arial" w:hAnsi="Arial" w:eastAsia="Noto Sans SC"/>
          <w:b w:val="0"/>
        </w:rPr>
        <w:t>信纸模板</w:t>
      </w:r>
    </w:p>
    <w:p>
      <w:pPr>
        <w:pStyle w:val="Subtitle"/>
      </w:pPr>
      <w:r>
        <w:rPr>
          <w:rFonts w:ascii="Arial" w:hAnsi="Arial" w:eastAsia="Noto Sans SC"/>
          <w:b w:val="0"/>
        </w:rPr>
        <w:t>[信函主题]</w:t>
      </w:r>
    </w:p>
    <w:p>
      <w:r>
        <w:rPr>
          <w:rFonts w:ascii="Arial" w:hAnsi="Arial" w:eastAsia="Noto Sans SC"/>
          <w:b w:val="0"/>
        </w:rPr>
        <w:t>日期  [YYYY-MM-DD]</w:t>
        <w:br/>
        <w:t>收件人  [姓名或机构]</w:t>
        <w:br/>
        <w:t>参考编号  [如适用]</w:t>
      </w:r>
    </w:p>
    <w:p>
      <w:r>
        <w:rPr>
          <w:rFonts w:ascii="Arial" w:hAnsi="Arial" w:eastAsia="Noto Sans SC"/>
          <w:b w:val="0"/>
        </w:rPr>
        <w:t>[称谓]：</w:t>
      </w:r>
    </w:p>
    <w:p>
      <w:r>
        <w:rPr>
          <w:rFonts w:ascii="Arial" w:hAnsi="Arial" w:eastAsia="Noto Sans SC"/>
          <w:b w:val="0"/>
        </w:rPr>
        <w:t>[首段说明来信目的，以及希望对方了解或处理的事项。]</w:t>
      </w:r>
    </w:p>
    <w:p>
      <w:r>
        <w:rPr>
          <w:rFonts w:ascii="Arial" w:hAnsi="Arial" w:eastAsia="Noto Sans SC"/>
          <w:b w:val="0"/>
        </w:rPr>
        <w:t>[正文写明背景、依据、范围与具体安排。时间、费用、合作关系与承诺均以已确认内容为准。]</w:t>
      </w:r>
    </w:p>
    <w:p>
      <w:r>
        <w:rPr>
          <w:rFonts w:ascii="Arial" w:hAnsi="Arial" w:eastAsia="Noto Sans SC"/>
          <w:b w:val="0"/>
        </w:rPr>
        <w:t>[下一步行动、所需反馈及联系安排。]</w:t>
      </w:r>
    </w:p>
    <w:p>
      <w:r>
        <w:rPr>
          <w:rFonts w:ascii="Arial" w:hAnsi="Arial" w:eastAsia="Noto Sans SC"/>
          <w:b w:val="0"/>
        </w:rPr>
        <w:t>[结束语]</w:t>
      </w:r>
    </w:p>
    <w:p>
      <w:r>
        <w:rPr>
          <w:rFonts w:ascii="Arial" w:hAnsi="Arial" w:eastAsia="Noto Sans SC"/>
          <w:b w:val="0"/>
        </w:rPr>
        <w:t>[姓名]</w:t>
        <w:br/>
        <w:t>[职务或职责]</w:t>
        <w:br/>
        <w:t>WISERUNION</w:t>
        <w:br/>
        <w:t>info@weitengfei.com</w:t>
      </w:r>
    </w:p>
    <w:p>
      <w:r>
        <w:rPr>
          <w:rFonts w:ascii="Arial" w:hAnsi="Arial" w:eastAsia="Noto Sans SC"/>
          <w:b w:val="0"/>
        </w:rPr>
        <w:t>[附件名称，如适用]</w:t>
      </w:r>
    </w:p>
    <w:sectPr w:rsidR="00FC693F" w:rsidRPr="0006063C" w:rsidSect="00034616">
      <w:footerReference w:type="default" r:id="rId11"/>
      <w:pgSz w:w="11906" w:h="16838"/>
      <w:pgMar w:top="1247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rial" w:hAnsi="Arial" w:eastAsia="Noto Sans SC"/>
        <w:b w:val="0"/>
        <w:sz w:val="16"/>
      </w:rPr>
      <w:t>WISERUNION   info@weitengfei.com   wiserunion.com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80" w:line="293" w:lineRule="auto"/>
    </w:pPr>
    <w:rPr>
      <w:rFonts w:ascii="Arial" w:hAnsi="Arial" w:eastAsia="Noto Sans SC"/>
      <w:i w:val="0"/>
      <w:color w:val="151515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60"/>
      <w:outlineLvl w:val="0"/>
    </w:pPr>
    <w:rPr>
      <w:rFonts w:ascii="Arial" w:hAnsi="Arial" w:eastAsia="Noto Sans SC"/>
      <w:b/>
      <w:bCs/>
      <w:i w:val="0"/>
      <w:color w:val="151515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="Arial" w:hAnsi="Arial" w:eastAsia="Noto Sans SC"/>
      <w:b/>
      <w:bCs/>
      <w:i w:val="0"/>
      <w:color w:val="151515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Arial" w:hAnsi="Arial" w:eastAsia="Noto Sans SC"/>
      <w:b/>
      <w:i w:val="0"/>
      <w:color w:val="151515"/>
      <w:spacing w:val="5"/>
      <w:kern w:val="28"/>
      <w:sz w:val="5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/>
    <w:rPr>
      <w:rFonts w:ascii="Arial" w:hAnsi="Arial" w:eastAsia="Noto Sans SC"/>
      <w:i w:val="0"/>
      <w:iCs/>
      <w:color w:val="151515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logo-official.svg"/><Relationship Id="rId1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WISERUNION 信纸模板</dc:title>
  <dc:subject>Editable template with clearly marked placeholders</dc:subject>
  <dc:creator>WISERUNION</dc:creator>
  <cp:keywords>WISERUNION, template, 2026-11-03</cp:keywords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